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2268"/>
        <w:gridCol w:w="5896"/>
        <w:gridCol w:w="2268"/>
      </w:tblGrid>
      <w:tr w:rsidR="000B6C18">
        <w:trPr>
          <w:jc w:val="center"/>
        </w:trPr>
        <w:tc>
          <w:tcPr>
            <w:tcW w:w="2268"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0B6C18"/>
        </w:tc>
        <w:tc>
          <w:tcPr>
            <w:tcW w:w="5896"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3A340C">
            <w:pPr>
              <w:jc w:val="center"/>
            </w:pPr>
            <w:r>
              <w:rPr>
                <w:b/>
                <w:color w:val="324A52"/>
                <w:sz w:val="24"/>
              </w:rPr>
              <w:t>FORMULARIO DE SOLICITUD Y</w:t>
            </w:r>
            <w:r>
              <w:rPr>
                <w:b/>
                <w:color w:val="324A52"/>
                <w:sz w:val="24"/>
              </w:rPr>
              <w:br/>
              <w:t>DECLARACIÓN RESPONSABLE</w:t>
            </w:r>
            <w:r>
              <w:rPr>
                <w:b/>
                <w:color w:val="007F9E"/>
              </w:rPr>
              <w:br/>
              <w:t>AYUDA “BONO TURÍSTICO REGIÓN DE MURCIA”</w:t>
            </w:r>
          </w:p>
        </w:tc>
        <w:tc>
          <w:tcPr>
            <w:tcW w:w="2268"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0B6C18">
            <w:pPr>
              <w:jc w:val="right"/>
            </w:pPr>
          </w:p>
        </w:tc>
      </w:tr>
    </w:tbl>
    <w:p w:rsidR="000B6C18" w:rsidRDefault="000B6C18">
      <w:pPr>
        <w:spacing w:after="20"/>
      </w:pP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DATOS DE LA PERSONA SOLICITANTE</w:t>
            </w:r>
          </w:p>
        </w:tc>
      </w:tr>
    </w:tbl>
    <w:p w:rsidR="000B6C18" w:rsidRDefault="000B6C18">
      <w:pPr>
        <w:spacing w:after="40"/>
      </w:pPr>
    </w:p>
    <w:tbl>
      <w:tblPr>
        <w:tblW w:w="0" w:type="auto"/>
        <w:jc w:val="center"/>
        <w:tblLayout w:type="fixed"/>
        <w:tblLook w:val="04A0" w:firstRow="1" w:lastRow="0" w:firstColumn="1" w:lastColumn="0" w:noHBand="0" w:noVBand="1"/>
      </w:tblPr>
      <w:tblGrid>
        <w:gridCol w:w="2608"/>
        <w:gridCol w:w="870"/>
        <w:gridCol w:w="1738"/>
        <w:gridCol w:w="5"/>
        <w:gridCol w:w="2607"/>
        <w:gridCol w:w="1739"/>
        <w:gridCol w:w="1739"/>
      </w:tblGrid>
      <w:tr w:rsidR="000B6C18">
        <w:trPr>
          <w:jc w:val="center"/>
        </w:trPr>
        <w:tc>
          <w:tcPr>
            <w:tcW w:w="3478" w:type="dxa"/>
            <w:gridSpan w:val="2"/>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APELLIDOS</w:t>
            </w:r>
            <w:r>
              <w:rPr>
                <w:sz w:val="10"/>
              </w:rPr>
              <w:br/>
            </w:r>
            <w:r>
              <w:rPr>
                <w:sz w:val="21"/>
              </w:rPr>
              <w:t xml:space="preserve"> </w:t>
            </w:r>
          </w:p>
        </w:tc>
        <w:tc>
          <w:tcPr>
            <w:tcW w:w="3478" w:type="dxa"/>
            <w:gridSpan w:val="3"/>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NOMBRE</w:t>
            </w:r>
            <w:r>
              <w:rPr>
                <w:sz w:val="10"/>
              </w:rPr>
              <w:br/>
            </w:r>
            <w:r>
              <w:rPr>
                <w:sz w:val="21"/>
              </w:rPr>
              <w:t xml:space="preserve"> </w:t>
            </w:r>
          </w:p>
        </w:tc>
        <w:tc>
          <w:tcPr>
            <w:tcW w:w="3478" w:type="dxa"/>
            <w:gridSpan w:val="2"/>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NIF</w:t>
            </w:r>
            <w:r>
              <w:rPr>
                <w:sz w:val="10"/>
              </w:rPr>
              <w:br/>
            </w:r>
            <w:r>
              <w:rPr>
                <w:sz w:val="21"/>
              </w:rPr>
              <w:t xml:space="preserve"> </w:t>
            </w:r>
          </w:p>
        </w:tc>
      </w:tr>
      <w:tr w:rsidR="000B6C18">
        <w:trPr>
          <w:jc w:val="center"/>
        </w:trPr>
        <w:tc>
          <w:tcPr>
            <w:tcW w:w="5217" w:type="dxa"/>
            <w:gridSpan w:val="4"/>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DOMICILIO</w:t>
            </w:r>
            <w:r>
              <w:rPr>
                <w:sz w:val="10"/>
              </w:rPr>
              <w:br/>
            </w:r>
            <w:r>
              <w:rPr>
                <w:sz w:val="21"/>
              </w:rPr>
              <w:t xml:space="preserve"> </w:t>
            </w:r>
          </w:p>
        </w:tc>
        <w:tc>
          <w:tcPr>
            <w:tcW w:w="1739"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Nº</w:t>
            </w:r>
            <w:r>
              <w:rPr>
                <w:sz w:val="10"/>
              </w:rPr>
              <w:br/>
            </w:r>
            <w:r>
              <w:rPr>
                <w:sz w:val="21"/>
              </w:rPr>
              <w:t xml:space="preserve"> </w:t>
            </w:r>
          </w:p>
        </w:tc>
        <w:tc>
          <w:tcPr>
            <w:tcW w:w="1739"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PUERTA</w:t>
            </w:r>
            <w:r>
              <w:rPr>
                <w:sz w:val="10"/>
              </w:rPr>
              <w:br/>
            </w:r>
            <w:r>
              <w:rPr>
                <w:sz w:val="21"/>
              </w:rPr>
              <w:t xml:space="preserve"> </w:t>
            </w:r>
          </w:p>
        </w:tc>
        <w:tc>
          <w:tcPr>
            <w:tcW w:w="1739"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C.P.</w:t>
            </w:r>
            <w:r>
              <w:rPr>
                <w:sz w:val="10"/>
              </w:rPr>
              <w:br/>
            </w:r>
            <w:r>
              <w:rPr>
                <w:sz w:val="21"/>
              </w:rPr>
              <w:t xml:space="preserve"> </w:t>
            </w:r>
          </w:p>
        </w:tc>
      </w:tr>
      <w:tr w:rsidR="000B6C18">
        <w:trPr>
          <w:jc w:val="center"/>
        </w:trPr>
        <w:tc>
          <w:tcPr>
            <w:tcW w:w="2608"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LOCALIDAD</w:t>
            </w:r>
            <w:r>
              <w:rPr>
                <w:sz w:val="10"/>
              </w:rPr>
              <w:br/>
            </w:r>
            <w:r>
              <w:rPr>
                <w:sz w:val="21"/>
              </w:rPr>
              <w:t xml:space="preserve"> </w:t>
            </w:r>
          </w:p>
        </w:tc>
        <w:tc>
          <w:tcPr>
            <w:tcW w:w="2608" w:type="dxa"/>
            <w:gridSpan w:val="2"/>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PROVINCIA</w:t>
            </w:r>
            <w:r>
              <w:rPr>
                <w:sz w:val="10"/>
              </w:rPr>
              <w:br/>
            </w:r>
            <w:r>
              <w:rPr>
                <w:sz w:val="21"/>
              </w:rPr>
              <w:t xml:space="preserve"> </w:t>
            </w:r>
          </w:p>
        </w:tc>
        <w:tc>
          <w:tcPr>
            <w:tcW w:w="2608" w:type="dxa"/>
            <w:gridSpan w:val="2"/>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TELÉFONO</w:t>
            </w:r>
            <w:r>
              <w:rPr>
                <w:sz w:val="10"/>
              </w:rPr>
              <w:br/>
            </w:r>
            <w:r>
              <w:rPr>
                <w:sz w:val="21"/>
              </w:rPr>
              <w:t xml:space="preserve"> </w:t>
            </w:r>
          </w:p>
        </w:tc>
        <w:tc>
          <w:tcPr>
            <w:tcW w:w="2608" w:type="dxa"/>
            <w:gridSpan w:val="2"/>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E-MAIL</w:t>
            </w:r>
            <w:r>
              <w:rPr>
                <w:sz w:val="10"/>
              </w:rPr>
              <w:br/>
            </w:r>
            <w:r>
              <w:rPr>
                <w:sz w:val="21"/>
              </w:rPr>
              <w:t xml:space="preserve"> </w:t>
            </w:r>
          </w:p>
        </w:tc>
      </w:tr>
    </w:tbl>
    <w:p w:rsidR="000B6C18" w:rsidRDefault="000B6C18">
      <w:pPr>
        <w:spacing w:after="20"/>
      </w:pP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 xml:space="preserve">CONTACTO A </w:t>
            </w:r>
            <w:r>
              <w:rPr>
                <w:b/>
                <w:color w:val="324A52"/>
                <w:sz w:val="20"/>
              </w:rPr>
              <w:t>EFECTOS DE NOTIFICACIONES</w:t>
            </w:r>
          </w:p>
        </w:tc>
      </w:tr>
    </w:tbl>
    <w:p w:rsidR="000B6C18" w:rsidRDefault="000B6C18">
      <w:pPr>
        <w:spacing w:after="40"/>
      </w:pPr>
    </w:p>
    <w:p w:rsidR="000B6C18" w:rsidRDefault="003A340C">
      <w:pPr>
        <w:spacing w:after="30" w:line="240" w:lineRule="auto"/>
      </w:pPr>
      <w:r>
        <w:rPr>
          <w:i/>
          <w:sz w:val="18"/>
        </w:rPr>
        <w:t>La persona solicitante ha de indicar una dirección de correo electrónico para la recepción de avisos informando de la puesta a disposición de las notificaciones correspondientes a esta solicitud.</w:t>
      </w:r>
    </w:p>
    <w:tbl>
      <w:tblPr>
        <w:tblW w:w="0" w:type="auto"/>
        <w:jc w:val="center"/>
        <w:tblLook w:val="04A0" w:firstRow="1" w:lastRow="0" w:firstColumn="1" w:lastColumn="0" w:noHBand="0" w:noVBand="1"/>
      </w:tblPr>
      <w:tblGrid>
        <w:gridCol w:w="10432"/>
      </w:tblGrid>
      <w:tr w:rsidR="000B6C18">
        <w:trPr>
          <w:jc w:val="center"/>
        </w:trPr>
        <w:tc>
          <w:tcPr>
            <w:tcW w:w="10432"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CORREO ELECTRÓNICO PARA AVISOS</w:t>
            </w:r>
            <w:r>
              <w:rPr>
                <w:sz w:val="10"/>
              </w:rPr>
              <w:br/>
            </w:r>
            <w:r>
              <w:rPr>
                <w:sz w:val="21"/>
              </w:rPr>
              <w:t xml:space="preserve"> </w:t>
            </w:r>
          </w:p>
        </w:tc>
      </w:tr>
    </w:tbl>
    <w:p w:rsidR="000B6C18" w:rsidRDefault="000B6C18">
      <w:pPr>
        <w:spacing w:after="20"/>
      </w:pP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CONSULTA DE DOCUMENTACIÓN</w:t>
            </w:r>
          </w:p>
        </w:tc>
      </w:tr>
    </w:tbl>
    <w:p w:rsidR="000B6C18" w:rsidRDefault="000B6C18">
      <w:pPr>
        <w:spacing w:after="40"/>
      </w:pPr>
    </w:p>
    <w:p w:rsidR="000B6C18" w:rsidRDefault="003A340C">
      <w:pPr>
        <w:spacing w:after="40" w:line="240" w:lineRule="auto"/>
      </w:pPr>
      <w:r>
        <w:rPr>
          <w:sz w:val="18"/>
        </w:rPr>
        <w:t>Para la consulta de obligaciones tributarias y estar al corriente de pago con la Seguridad Social la Administración necesita el consentimiento expreso:</w:t>
      </w:r>
    </w:p>
    <w:p w:rsidR="000B6C18" w:rsidRDefault="003A340C">
      <w:pPr>
        <w:spacing w:after="50" w:line="240" w:lineRule="auto"/>
      </w:pPr>
      <w:r>
        <w:rPr>
          <w:rFonts w:ascii="Segoe UI Symbol" w:hAnsi="Segoe UI Symbol"/>
          <w:sz w:val="20"/>
        </w:rPr>
        <w:t>☐</w:t>
      </w:r>
      <w:r>
        <w:rPr>
          <w:rFonts w:ascii="Segoe UI Symbol" w:hAnsi="Segoe UI Symbol"/>
          <w:sz w:val="20"/>
        </w:rPr>
        <w:t xml:space="preserve"> </w:t>
      </w:r>
      <w:r>
        <w:rPr>
          <w:sz w:val="18"/>
        </w:rPr>
        <w:t>AUTORIZO la consulta de datos de estar al corriente de las obligaciones</w:t>
      </w:r>
      <w:r>
        <w:rPr>
          <w:sz w:val="18"/>
        </w:rPr>
        <w:t xml:space="preserve"> tributarias de la Agencia Tributaria Estatal (AEAT) para percibir ayudas y subvenciones.</w:t>
      </w:r>
    </w:p>
    <w:p w:rsidR="000B6C18" w:rsidRDefault="003A340C">
      <w:pPr>
        <w:spacing w:after="50" w:line="240" w:lineRule="auto"/>
      </w:pPr>
      <w:r>
        <w:rPr>
          <w:rFonts w:ascii="Segoe UI Symbol" w:hAnsi="Segoe UI Symbol"/>
          <w:sz w:val="20"/>
        </w:rPr>
        <w:t>☐</w:t>
      </w:r>
      <w:r>
        <w:rPr>
          <w:rFonts w:ascii="Segoe UI Symbol" w:hAnsi="Segoe UI Symbol"/>
          <w:sz w:val="20"/>
        </w:rPr>
        <w:t xml:space="preserve"> </w:t>
      </w:r>
      <w:r>
        <w:rPr>
          <w:sz w:val="18"/>
        </w:rPr>
        <w:t>AUTORIZO la consulta de datos tributarios de estar al corriente de las obligaciones tributarias con la Administración tributaria de la Comunidad Autónoma de la Regi</w:t>
      </w:r>
      <w:r>
        <w:rPr>
          <w:sz w:val="18"/>
        </w:rPr>
        <w:t>ón de Murcia para percibir Ayudas y Subvenciones de la Región de Murcia.</w:t>
      </w:r>
    </w:p>
    <w:p w:rsidR="000B6C18" w:rsidRDefault="003A340C">
      <w:pPr>
        <w:spacing w:after="50" w:line="240" w:lineRule="auto"/>
      </w:pPr>
      <w:r>
        <w:rPr>
          <w:rFonts w:ascii="Segoe UI Symbol" w:hAnsi="Segoe UI Symbol"/>
          <w:sz w:val="20"/>
        </w:rPr>
        <w:t>☐</w:t>
      </w:r>
      <w:r>
        <w:rPr>
          <w:rFonts w:ascii="Segoe UI Symbol" w:hAnsi="Segoe UI Symbol"/>
          <w:sz w:val="20"/>
        </w:rPr>
        <w:t xml:space="preserve"> </w:t>
      </w:r>
      <w:r>
        <w:rPr>
          <w:sz w:val="18"/>
        </w:rPr>
        <w:t>AUTORIZO la consulta de datos de estar al corriente de pago con la Seguridad Social (TGSS).</w:t>
      </w:r>
    </w:p>
    <w:p w:rsidR="000B6C18" w:rsidRDefault="003A340C">
      <w:pPr>
        <w:spacing w:after="40" w:line="240" w:lineRule="auto"/>
      </w:pPr>
      <w:r>
        <w:rPr>
          <w:i/>
          <w:sz w:val="17"/>
        </w:rPr>
        <w:t>En el caso de no autorización de dicha consulta, deberá aportar los certificados expedido</w:t>
      </w:r>
      <w:r>
        <w:rPr>
          <w:i/>
          <w:sz w:val="17"/>
        </w:rPr>
        <w:t>s por la Agencia Estatal de la Administración Tributaria y por la Tesorería de la Seguridad Social, así como por los órganos de la Administración tributaria de la Comunidad Autónoma.</w:t>
      </w: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DECLARACIONES RESPONSABLES</w:t>
            </w:r>
          </w:p>
        </w:tc>
      </w:tr>
    </w:tbl>
    <w:p w:rsidR="000B6C18" w:rsidRDefault="000B6C18">
      <w:pPr>
        <w:spacing w:after="40"/>
      </w:pPr>
    </w:p>
    <w:p w:rsidR="000B6C18" w:rsidRDefault="003A340C">
      <w:pPr>
        <w:spacing w:after="50" w:line="240" w:lineRule="auto"/>
      </w:pPr>
      <w:r>
        <w:rPr>
          <w:rFonts w:ascii="Segoe UI Symbol" w:hAnsi="Segoe UI Symbol"/>
        </w:rPr>
        <w:t>☐</w:t>
      </w:r>
      <w:r>
        <w:rPr>
          <w:rFonts w:ascii="Segoe UI Symbol" w:hAnsi="Segoe UI Symbol"/>
        </w:rPr>
        <w:t xml:space="preserve"> </w:t>
      </w:r>
      <w:r>
        <w:rPr>
          <w:sz w:val="17"/>
        </w:rPr>
        <w:t xml:space="preserve">La persona solicitante DECLARA, bajo su </w:t>
      </w:r>
      <w:r>
        <w:rPr>
          <w:sz w:val="17"/>
        </w:rPr>
        <w:t>responsabilidad, que cumple los requisitos para su inscripción en el Programa Bono Turístico de la Región de Murcia:</w:t>
      </w:r>
      <w:r>
        <w:rPr>
          <w:sz w:val="17"/>
        </w:rPr>
        <w:br/>
        <w:t>• Ser mayor de edad.</w:t>
      </w:r>
      <w:r>
        <w:rPr>
          <w:sz w:val="17"/>
        </w:rPr>
        <w:br/>
        <w:t>• Tener residencia legal y continuada en España.</w:t>
      </w:r>
    </w:p>
    <w:p w:rsidR="000B6C18" w:rsidRDefault="003A340C">
      <w:pPr>
        <w:spacing w:after="50" w:line="240" w:lineRule="auto"/>
      </w:pPr>
      <w:r>
        <w:rPr>
          <w:rFonts w:ascii="Segoe UI Symbol" w:hAnsi="Segoe UI Symbol"/>
        </w:rPr>
        <w:t>☐</w:t>
      </w:r>
      <w:r>
        <w:rPr>
          <w:rFonts w:ascii="Segoe UI Symbol" w:hAnsi="Segoe UI Symbol"/>
        </w:rPr>
        <w:t xml:space="preserve"> </w:t>
      </w:r>
      <w:r>
        <w:rPr>
          <w:sz w:val="17"/>
        </w:rPr>
        <w:t>La persona solicitante DECLARA que se compromete a contratar un mín</w:t>
      </w:r>
      <w:r>
        <w:rPr>
          <w:sz w:val="17"/>
        </w:rPr>
        <w:t>imo de dos pernoctaciones consecutivas en el mismo alojamiento turístico reglado de la Región de Murcia y que el viaje que motiva dicha contratación no tiene carácter profesional.</w:t>
      </w:r>
    </w:p>
    <w:p w:rsidR="000B6C18" w:rsidRDefault="003A340C">
      <w:pPr>
        <w:spacing w:after="50" w:line="240" w:lineRule="auto"/>
      </w:pPr>
      <w:r>
        <w:rPr>
          <w:rFonts w:ascii="Segoe UI Symbol" w:hAnsi="Segoe UI Symbol"/>
        </w:rPr>
        <w:t>☐</w:t>
      </w:r>
      <w:r>
        <w:rPr>
          <w:rFonts w:ascii="Segoe UI Symbol" w:hAnsi="Segoe UI Symbol"/>
        </w:rPr>
        <w:t xml:space="preserve"> </w:t>
      </w:r>
      <w:r>
        <w:rPr>
          <w:sz w:val="17"/>
        </w:rPr>
        <w:t>Una vez registrada su solicitud en el Programa Bono Turístico de la Región</w:t>
      </w:r>
      <w:r>
        <w:rPr>
          <w:sz w:val="17"/>
        </w:rPr>
        <w:t xml:space="preserve"> de Murcia, la persona solicitante de la ayuda, abajo firmante, DECLARA que otorga representación al alojamiento turístico en el que formalice la reserva de los servicios objeto de la ayuda, autorizándolo asimismo al tratamiento de los datos personales nec</w:t>
      </w:r>
      <w:r>
        <w:rPr>
          <w:sz w:val="17"/>
        </w:rPr>
        <w:t>esarios para la gestión de dicha representación.</w:t>
      </w:r>
    </w:p>
    <w:p w:rsidR="000B6C18" w:rsidRDefault="003A340C">
      <w:pPr>
        <w:spacing w:after="50" w:line="240" w:lineRule="auto"/>
      </w:pPr>
      <w:r>
        <w:rPr>
          <w:rFonts w:ascii="Segoe UI Symbol" w:hAnsi="Segoe UI Symbol"/>
        </w:rPr>
        <w:t>☐</w:t>
      </w:r>
      <w:r>
        <w:rPr>
          <w:rFonts w:ascii="Segoe UI Symbol" w:hAnsi="Segoe UI Symbol"/>
        </w:rPr>
        <w:t xml:space="preserve"> </w:t>
      </w:r>
      <w:r>
        <w:rPr>
          <w:sz w:val="17"/>
        </w:rPr>
        <w:t>La persona solicitante DECLARA que cumple con las limitaciones previstas en los apartados 2 y 3 del artículo 13 de la Ley 38/2003, de 17 de noviembre, General de Subvenciones.</w:t>
      </w:r>
    </w:p>
    <w:p w:rsidR="000B6C18" w:rsidRDefault="003A340C">
      <w:r>
        <w:br w:type="page"/>
      </w:r>
    </w:p>
    <w:tbl>
      <w:tblPr>
        <w:tblW w:w="0" w:type="auto"/>
        <w:jc w:val="center"/>
        <w:tblLayout w:type="fixed"/>
        <w:tblLook w:val="04A0" w:firstRow="1" w:lastRow="0" w:firstColumn="1" w:lastColumn="0" w:noHBand="0" w:noVBand="1"/>
      </w:tblPr>
      <w:tblGrid>
        <w:gridCol w:w="2268"/>
        <w:gridCol w:w="5896"/>
        <w:gridCol w:w="2268"/>
      </w:tblGrid>
      <w:tr w:rsidR="000B6C18">
        <w:trPr>
          <w:jc w:val="center"/>
        </w:trPr>
        <w:tc>
          <w:tcPr>
            <w:tcW w:w="2268"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0B6C18"/>
        </w:tc>
        <w:tc>
          <w:tcPr>
            <w:tcW w:w="5896"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3A340C">
            <w:pPr>
              <w:jc w:val="center"/>
            </w:pPr>
            <w:r>
              <w:rPr>
                <w:b/>
                <w:color w:val="324A52"/>
                <w:sz w:val="22"/>
              </w:rPr>
              <w:t xml:space="preserve">BONO TURÍSTICO REGIÓN DE </w:t>
            </w:r>
            <w:r>
              <w:rPr>
                <w:b/>
                <w:color w:val="324A52"/>
                <w:sz w:val="22"/>
              </w:rPr>
              <w:t>MURCIA</w:t>
            </w:r>
          </w:p>
        </w:tc>
        <w:tc>
          <w:tcPr>
            <w:tcW w:w="2268" w:type="dxa"/>
            <w:tcBorders>
              <w:top w:val="single" w:sz="0" w:space="0" w:color="FFFFFF"/>
              <w:left w:val="single" w:sz="0" w:space="0" w:color="FFFFFF"/>
              <w:bottom w:val="single" w:sz="0" w:space="0" w:color="FFFFFF"/>
              <w:right w:val="single" w:sz="0" w:space="0" w:color="FFFFFF"/>
            </w:tcBorders>
            <w:tcMar>
              <w:top w:w="20" w:type="dxa"/>
              <w:left w:w="90" w:type="dxa"/>
              <w:bottom w:w="20" w:type="dxa"/>
              <w:right w:w="90" w:type="dxa"/>
            </w:tcMar>
            <w:vAlign w:val="center"/>
          </w:tcPr>
          <w:p w:rsidR="000B6C18" w:rsidRDefault="000B6C18">
            <w:pPr>
              <w:jc w:val="right"/>
            </w:pPr>
          </w:p>
        </w:tc>
      </w:tr>
    </w:tbl>
    <w:p w:rsidR="000B6C18" w:rsidRDefault="000B6C18">
      <w:pPr>
        <w:spacing w:after="20"/>
      </w:pPr>
      <w:bookmarkStart w:id="0" w:name="_GoBack"/>
      <w:bookmarkEnd w:id="0"/>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DATOS DEL REPRESENTANTE</w:t>
            </w:r>
          </w:p>
        </w:tc>
      </w:tr>
    </w:tbl>
    <w:p w:rsidR="000B6C18" w:rsidRDefault="000B6C18">
      <w:pPr>
        <w:spacing w:after="40"/>
      </w:pPr>
    </w:p>
    <w:tbl>
      <w:tblPr>
        <w:tblW w:w="0" w:type="auto"/>
        <w:jc w:val="center"/>
        <w:tblLayout w:type="fixed"/>
        <w:tblLook w:val="04A0" w:firstRow="1" w:lastRow="0" w:firstColumn="1" w:lastColumn="0" w:noHBand="0" w:noVBand="1"/>
      </w:tblPr>
      <w:tblGrid>
        <w:gridCol w:w="3477"/>
        <w:gridCol w:w="3477"/>
        <w:gridCol w:w="3477"/>
      </w:tblGrid>
      <w:tr w:rsidR="000B6C18">
        <w:trPr>
          <w:jc w:val="center"/>
        </w:trPr>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APELLIDOS</w:t>
            </w:r>
            <w:r>
              <w:rPr>
                <w:sz w:val="10"/>
              </w:rPr>
              <w:br/>
            </w:r>
            <w:r>
              <w:rPr>
                <w:sz w:val="21"/>
              </w:rPr>
              <w:t xml:space="preserve"> </w:t>
            </w:r>
          </w:p>
        </w:tc>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NOMBRE</w:t>
            </w:r>
            <w:r>
              <w:rPr>
                <w:sz w:val="10"/>
              </w:rPr>
              <w:br/>
            </w:r>
            <w:r>
              <w:rPr>
                <w:sz w:val="21"/>
              </w:rPr>
              <w:t xml:space="preserve"> </w:t>
            </w:r>
          </w:p>
        </w:tc>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NIF</w:t>
            </w:r>
            <w:r>
              <w:rPr>
                <w:sz w:val="10"/>
              </w:rPr>
              <w:br/>
            </w:r>
            <w:r>
              <w:rPr>
                <w:sz w:val="21"/>
              </w:rPr>
              <w:t xml:space="preserve"> </w:t>
            </w:r>
          </w:p>
        </w:tc>
      </w:tr>
      <w:tr w:rsidR="000B6C18">
        <w:trPr>
          <w:jc w:val="center"/>
        </w:trPr>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RAZÓN SOCIAL DEL ALOJAMIENTO/AGENCIA DE VIAJE</w:t>
            </w:r>
            <w:r>
              <w:rPr>
                <w:sz w:val="10"/>
              </w:rPr>
              <w:br/>
            </w:r>
            <w:r>
              <w:rPr>
                <w:sz w:val="21"/>
              </w:rPr>
              <w:t xml:space="preserve"> </w:t>
            </w:r>
          </w:p>
        </w:tc>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CIF</w:t>
            </w:r>
            <w:r>
              <w:rPr>
                <w:sz w:val="10"/>
              </w:rPr>
              <w:br/>
            </w:r>
            <w:r>
              <w:rPr>
                <w:sz w:val="21"/>
              </w:rPr>
              <w:t xml:space="preserve"> </w:t>
            </w:r>
          </w:p>
        </w:tc>
        <w:tc>
          <w:tcPr>
            <w:tcW w:w="3477"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SIGNA. REYAT*</w:t>
            </w:r>
            <w:r>
              <w:rPr>
                <w:sz w:val="10"/>
              </w:rPr>
              <w:br/>
            </w:r>
            <w:r>
              <w:rPr>
                <w:sz w:val="21"/>
              </w:rPr>
              <w:t xml:space="preserve"> </w:t>
            </w:r>
          </w:p>
        </w:tc>
      </w:tr>
    </w:tbl>
    <w:p w:rsidR="000B6C18" w:rsidRDefault="003A340C">
      <w:pPr>
        <w:spacing w:after="40" w:line="240" w:lineRule="auto"/>
      </w:pPr>
      <w:r>
        <w:rPr>
          <w:i/>
          <w:sz w:val="16"/>
        </w:rPr>
        <w:t>*Número de registro en el Registro de Empresas y Actividades Turísticas de la Región de Murcia.</w:t>
      </w: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 xml:space="preserve">INFORMACIÓN SOBRE </w:t>
            </w:r>
            <w:r>
              <w:rPr>
                <w:b/>
                <w:color w:val="324A52"/>
                <w:sz w:val="20"/>
              </w:rPr>
              <w:t>PROTECCIÓN DE DATOS Y OTRAS CONSIDERACIONES</w:t>
            </w:r>
          </w:p>
        </w:tc>
      </w:tr>
    </w:tbl>
    <w:p w:rsidR="000B6C18" w:rsidRDefault="000B6C18">
      <w:pPr>
        <w:spacing w:after="40"/>
      </w:pPr>
    </w:p>
    <w:p w:rsidR="000B6C18" w:rsidRDefault="003A340C">
      <w:pPr>
        <w:spacing w:after="30" w:line="240" w:lineRule="auto"/>
      </w:pPr>
      <w:r>
        <w:rPr>
          <w:b/>
          <w:color w:val="324A52"/>
          <w:sz w:val="17"/>
        </w:rPr>
        <w:t xml:space="preserve">Responsable del tratamiento: </w:t>
      </w:r>
      <w:r>
        <w:rPr>
          <w:sz w:val="17"/>
        </w:rPr>
        <w:t>El responsable del tratamiento de los datos personales es el Instituto de Turismo de la Región de Murcia (ITREM).</w:t>
      </w:r>
    </w:p>
    <w:p w:rsidR="000B6C18" w:rsidRDefault="003A340C">
      <w:pPr>
        <w:spacing w:after="30" w:line="240" w:lineRule="auto"/>
      </w:pPr>
      <w:r>
        <w:rPr>
          <w:b/>
          <w:color w:val="324A52"/>
          <w:sz w:val="17"/>
        </w:rPr>
        <w:t xml:space="preserve">Finalidad: </w:t>
      </w:r>
      <w:r>
        <w:rPr>
          <w:sz w:val="17"/>
        </w:rPr>
        <w:t xml:space="preserve">Los datos se tratarán con la finalidad de gestionar las </w:t>
      </w:r>
      <w:r>
        <w:rPr>
          <w:sz w:val="17"/>
        </w:rPr>
        <w:t>subvenciones de turismo en sus diferentes líneas.</w:t>
      </w:r>
    </w:p>
    <w:p w:rsidR="000B6C18" w:rsidRDefault="003A340C">
      <w:pPr>
        <w:spacing w:after="30" w:line="240" w:lineRule="auto"/>
      </w:pPr>
      <w:r>
        <w:rPr>
          <w:b/>
          <w:color w:val="324A52"/>
          <w:sz w:val="17"/>
        </w:rPr>
        <w:t xml:space="preserve">Legitimación: </w:t>
      </w:r>
      <w:r>
        <w:rPr>
          <w:sz w:val="17"/>
        </w:rPr>
        <w:t>La base jurídica que legitima este tratamiento es el interés público y el ejercicio de poderes públicos.</w:t>
      </w:r>
    </w:p>
    <w:p w:rsidR="000B6C18" w:rsidRDefault="003A340C">
      <w:pPr>
        <w:spacing w:after="30" w:line="240" w:lineRule="auto"/>
      </w:pPr>
      <w:r>
        <w:rPr>
          <w:b/>
          <w:color w:val="324A52"/>
          <w:sz w:val="17"/>
        </w:rPr>
        <w:t xml:space="preserve">Destinatarios: </w:t>
      </w:r>
      <w:r>
        <w:rPr>
          <w:sz w:val="17"/>
        </w:rPr>
        <w:t>Los datos personales no serán comunicados ni cedidos a terceros, salvo e</w:t>
      </w:r>
      <w:r>
        <w:rPr>
          <w:sz w:val="17"/>
        </w:rPr>
        <w:t>n los supuestos en que exista obligación legal.</w:t>
      </w:r>
    </w:p>
    <w:p w:rsidR="000B6C18" w:rsidRDefault="003A340C">
      <w:pPr>
        <w:spacing w:after="30" w:line="240" w:lineRule="auto"/>
      </w:pPr>
      <w:r>
        <w:rPr>
          <w:b/>
          <w:color w:val="324A52"/>
          <w:sz w:val="17"/>
        </w:rPr>
        <w:t xml:space="preserve">Derechos: </w:t>
      </w:r>
      <w:r>
        <w:rPr>
          <w:sz w:val="17"/>
        </w:rPr>
        <w:t>Las personas interesadas podrán ejercer sus derechos de acceso, rectificación, supresión, portabilidad de los datos, limitación y oposición al tratamiento, así como el derecho a no ser objeto de dec</w:t>
      </w:r>
      <w:r>
        <w:rPr>
          <w:sz w:val="17"/>
        </w:rPr>
        <w:t>isiones individuales automatizadas, a través de la sede electrónica de la Comunidad Autónoma de la Región de Murcia (procedimiento 2736, disponible en: www.sede.carm.es).</w:t>
      </w:r>
    </w:p>
    <w:p w:rsidR="000B6C18" w:rsidRDefault="003A340C">
      <w:pPr>
        <w:spacing w:after="30" w:line="240" w:lineRule="auto"/>
      </w:pPr>
      <w:r>
        <w:rPr>
          <w:b/>
          <w:color w:val="324A52"/>
          <w:sz w:val="17"/>
        </w:rPr>
        <w:t xml:space="preserve">Veracidad de los datos: </w:t>
      </w:r>
      <w:r>
        <w:rPr>
          <w:sz w:val="17"/>
        </w:rPr>
        <w:t>La Administración podrá realizar las comprobaciones oportunas</w:t>
      </w:r>
      <w:r>
        <w:rPr>
          <w:sz w:val="17"/>
        </w:rPr>
        <w:t xml:space="preserve"> para verificar la exactitud de los datos aportados. La inexactitud o falsedad de los mismos implicará la pérdida de validez de la solicitud.</w:t>
      </w:r>
    </w:p>
    <w:p w:rsidR="000B6C18" w:rsidRDefault="003A340C">
      <w:pPr>
        <w:spacing w:after="30" w:line="240" w:lineRule="auto"/>
      </w:pPr>
      <w:r>
        <w:rPr>
          <w:b/>
          <w:color w:val="324A52"/>
          <w:sz w:val="17"/>
        </w:rPr>
        <w:t xml:space="preserve">Obligaciones fiscales: </w:t>
      </w:r>
      <w:r>
        <w:rPr>
          <w:sz w:val="17"/>
        </w:rPr>
        <w:t>A efectos fiscales, el importe de la subvención tendrá la consideración de incremento patri</w:t>
      </w:r>
      <w:r>
        <w:rPr>
          <w:sz w:val="17"/>
        </w:rPr>
        <w:t>monial, tributando en el Impuesto sobre la Renta de las Personas Físicas (IRPF).</w:t>
      </w:r>
    </w:p>
    <w:tbl>
      <w:tblPr>
        <w:tblW w:w="0" w:type="auto"/>
        <w:jc w:val="center"/>
        <w:tblLayout w:type="fixed"/>
        <w:tblLook w:val="04A0" w:firstRow="1" w:lastRow="0" w:firstColumn="1" w:lastColumn="0" w:noHBand="0" w:noVBand="1"/>
      </w:tblPr>
      <w:tblGrid>
        <w:gridCol w:w="10432"/>
      </w:tblGrid>
      <w:tr w:rsidR="000B6C18">
        <w:trPr>
          <w:jc w:val="center"/>
        </w:trPr>
        <w:tc>
          <w:tcPr>
            <w:tcW w:w="10432" w:type="dxa"/>
            <w:tcBorders>
              <w:top w:val="single" w:sz="10" w:space="0" w:color="007F9E"/>
              <w:left w:val="single" w:sz="10" w:space="0" w:color="007F9E"/>
              <w:bottom w:val="single" w:sz="10" w:space="0" w:color="007F9E"/>
              <w:right w:val="single" w:sz="10" w:space="0" w:color="007F9E"/>
            </w:tcBorders>
            <w:shd w:val="clear" w:color="auto" w:fill="DCEBF0"/>
            <w:tcMar>
              <w:top w:w="70" w:type="dxa"/>
              <w:left w:w="85" w:type="dxa"/>
              <w:bottom w:w="70" w:type="dxa"/>
              <w:right w:w="85" w:type="dxa"/>
            </w:tcMar>
            <w:vAlign w:val="center"/>
          </w:tcPr>
          <w:p w:rsidR="000B6C18" w:rsidRDefault="003A340C">
            <w:pPr>
              <w:spacing w:after="0"/>
            </w:pPr>
            <w:r>
              <w:rPr>
                <w:b/>
                <w:color w:val="324A52"/>
                <w:sz w:val="20"/>
              </w:rPr>
              <w:t>SOLICITUD</w:t>
            </w:r>
          </w:p>
        </w:tc>
      </w:tr>
    </w:tbl>
    <w:p w:rsidR="000B6C18" w:rsidRDefault="000B6C18">
      <w:pPr>
        <w:spacing w:after="40"/>
      </w:pPr>
    </w:p>
    <w:p w:rsidR="000B6C18" w:rsidRDefault="003A340C">
      <w:pPr>
        <w:spacing w:after="30" w:line="240" w:lineRule="auto"/>
      </w:pPr>
      <w:r>
        <w:rPr>
          <w:sz w:val="17"/>
        </w:rPr>
        <w:t xml:space="preserve">Las personas abajo firmantes DECLARAN, bajo su responsabilidad, que los datos consignados en los apartados anteriores son veraces y que, en consecuencia, cumplen </w:t>
      </w:r>
      <w:r>
        <w:rPr>
          <w:sz w:val="17"/>
        </w:rPr>
        <w:t>con los requisitos exigidos, comprometiéndose a mantener dicho cumplimiento durante el plazo establecido por la normativa aplicable al procedimiento.</w:t>
      </w:r>
    </w:p>
    <w:p w:rsidR="000B6C18" w:rsidRDefault="003A340C">
      <w:pPr>
        <w:spacing w:after="30" w:line="240" w:lineRule="auto"/>
      </w:pPr>
      <w:r>
        <w:rPr>
          <w:sz w:val="17"/>
        </w:rPr>
        <w:t>Todo ello se realiza de conformidad con lo dispuesto en la Orden de la Consejería de Turismo, Cultura y De</w:t>
      </w:r>
      <w:r>
        <w:rPr>
          <w:sz w:val="17"/>
        </w:rPr>
        <w:t xml:space="preserve">portes, por la que se aprueban las bases reguladoras para la concesión de subvenciones, en régimen de concurrencia especial, del programa “Bono Turístico de la Región de Murcia 2026-2027”, destinado a incentivar la demanda de alojamientos turísticos en la </w:t>
      </w:r>
      <w:r>
        <w:rPr>
          <w:sz w:val="17"/>
        </w:rPr>
        <w:t>Región de Murcia, afectada por la coyuntura económica actual.</w:t>
      </w:r>
    </w:p>
    <w:p w:rsidR="000B6C18" w:rsidRDefault="003A340C">
      <w:pPr>
        <w:spacing w:after="50" w:line="240" w:lineRule="auto"/>
      </w:pPr>
      <w:r>
        <w:rPr>
          <w:b/>
          <w:sz w:val="17"/>
        </w:rPr>
        <w:t>NOTA: Una vez cumplimentado y firmado, este formulario podrá adjuntarse en formato PDF o en formato imagen, con el fin de facilitar una tramitación ágil de la relación entre representado y repre</w:t>
      </w:r>
      <w:r>
        <w:rPr>
          <w:b/>
          <w:sz w:val="17"/>
        </w:rPr>
        <w:t>sentante, sin perjuicio de que el Instituto de Turismo de la Región de Murcia pueda requerir, en su caso, la presentación del documento original.</w:t>
      </w:r>
    </w:p>
    <w:p w:rsidR="000B6C18" w:rsidRDefault="003A340C">
      <w:pPr>
        <w:spacing w:after="60" w:line="240" w:lineRule="auto"/>
      </w:pPr>
      <w:r>
        <w:rPr>
          <w:b/>
        </w:rPr>
        <w:t>Mediante este impreso se solicita la ayuda del bono turístico de la Región de Murcia.</w:t>
      </w:r>
    </w:p>
    <w:tbl>
      <w:tblPr>
        <w:tblW w:w="0" w:type="auto"/>
        <w:jc w:val="center"/>
        <w:tblLayout w:type="fixed"/>
        <w:tblLook w:val="04A0" w:firstRow="1" w:lastRow="0" w:firstColumn="1" w:lastColumn="0" w:noHBand="0" w:noVBand="1"/>
      </w:tblPr>
      <w:tblGrid>
        <w:gridCol w:w="2608"/>
        <w:gridCol w:w="2608"/>
        <w:gridCol w:w="2608"/>
        <w:gridCol w:w="2608"/>
      </w:tblGrid>
      <w:tr w:rsidR="000B6C18">
        <w:trPr>
          <w:jc w:val="center"/>
        </w:trPr>
        <w:tc>
          <w:tcPr>
            <w:tcW w:w="2608"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EN (LOCALIDAD)</w:t>
            </w:r>
            <w:r>
              <w:rPr>
                <w:sz w:val="10"/>
              </w:rPr>
              <w:br/>
            </w:r>
            <w:r>
              <w:rPr>
                <w:sz w:val="21"/>
              </w:rPr>
              <w:t xml:space="preserve"> </w:t>
            </w:r>
          </w:p>
        </w:tc>
        <w:tc>
          <w:tcPr>
            <w:tcW w:w="2608"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DÍA</w:t>
            </w:r>
            <w:r>
              <w:rPr>
                <w:sz w:val="10"/>
              </w:rPr>
              <w:br/>
            </w:r>
            <w:r>
              <w:rPr>
                <w:sz w:val="21"/>
              </w:rPr>
              <w:t xml:space="preserve"> </w:t>
            </w:r>
          </w:p>
        </w:tc>
        <w:tc>
          <w:tcPr>
            <w:tcW w:w="2608"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M</w:t>
            </w:r>
            <w:r>
              <w:rPr>
                <w:b/>
                <w:color w:val="324A52"/>
                <w:sz w:val="17"/>
              </w:rPr>
              <w:t>ES</w:t>
            </w:r>
            <w:r>
              <w:rPr>
                <w:sz w:val="10"/>
              </w:rPr>
              <w:br/>
            </w:r>
            <w:r>
              <w:rPr>
                <w:sz w:val="21"/>
              </w:rPr>
              <w:t xml:space="preserve"> </w:t>
            </w:r>
          </w:p>
        </w:tc>
        <w:tc>
          <w:tcPr>
            <w:tcW w:w="2608" w:type="dxa"/>
            <w:tcBorders>
              <w:top w:val="single" w:sz="8" w:space="0" w:color="7A8C92"/>
              <w:left w:val="single" w:sz="8" w:space="0" w:color="7A8C92"/>
              <w:bottom w:val="single" w:sz="8" w:space="0" w:color="7A8C92"/>
              <w:right w:val="single" w:sz="8" w:space="0" w:color="7A8C92"/>
            </w:tcBorders>
            <w:tcMar>
              <w:top w:w="80" w:type="dxa"/>
              <w:left w:w="90" w:type="dxa"/>
              <w:bottom w:w="80" w:type="dxa"/>
              <w:right w:w="90" w:type="dxa"/>
            </w:tcMar>
          </w:tcPr>
          <w:p w:rsidR="000B6C18" w:rsidRDefault="003A340C">
            <w:pPr>
              <w:spacing w:after="0"/>
            </w:pPr>
            <w:r>
              <w:rPr>
                <w:b/>
                <w:color w:val="324A52"/>
                <w:sz w:val="17"/>
              </w:rPr>
              <w:t>AÑO</w:t>
            </w:r>
            <w:r>
              <w:rPr>
                <w:sz w:val="10"/>
              </w:rPr>
              <w:br/>
            </w:r>
            <w:r>
              <w:rPr>
                <w:sz w:val="21"/>
              </w:rPr>
              <w:t xml:space="preserve"> </w:t>
            </w:r>
          </w:p>
        </w:tc>
      </w:tr>
    </w:tbl>
    <w:p w:rsidR="000B6C18" w:rsidRDefault="000B6C18">
      <w:pPr>
        <w:spacing w:after="20"/>
      </w:pPr>
    </w:p>
    <w:tbl>
      <w:tblPr>
        <w:tblW w:w="0" w:type="auto"/>
        <w:jc w:val="center"/>
        <w:tblLayout w:type="fixed"/>
        <w:tblLook w:val="04A0" w:firstRow="1" w:lastRow="0" w:firstColumn="1" w:lastColumn="0" w:noHBand="0" w:noVBand="1"/>
      </w:tblPr>
      <w:tblGrid>
        <w:gridCol w:w="5216"/>
        <w:gridCol w:w="5216"/>
      </w:tblGrid>
      <w:tr w:rsidR="000B6C18">
        <w:trPr>
          <w:jc w:val="center"/>
        </w:trPr>
        <w:tc>
          <w:tcPr>
            <w:tcW w:w="5216" w:type="dxa"/>
            <w:tcBorders>
              <w:top w:val="single" w:sz="8" w:space="0" w:color="007F9E"/>
              <w:left w:val="single" w:sz="8" w:space="0" w:color="007F9E"/>
              <w:bottom w:val="single" w:sz="8" w:space="0" w:color="007F9E"/>
              <w:right w:val="single" w:sz="8" w:space="0" w:color="007F9E"/>
            </w:tcBorders>
            <w:shd w:val="clear" w:color="auto" w:fill="F2F4F5"/>
            <w:tcMar>
              <w:top w:w="70" w:type="dxa"/>
              <w:left w:w="85" w:type="dxa"/>
              <w:bottom w:w="70" w:type="dxa"/>
              <w:right w:w="85" w:type="dxa"/>
            </w:tcMar>
            <w:vAlign w:val="center"/>
          </w:tcPr>
          <w:p w:rsidR="000B6C18" w:rsidRDefault="003A340C">
            <w:pPr>
              <w:spacing w:after="0"/>
              <w:jc w:val="center"/>
            </w:pPr>
            <w:r>
              <w:rPr>
                <w:b/>
                <w:color w:val="324A52"/>
                <w:sz w:val="18"/>
              </w:rPr>
              <w:t>El solicitante</w:t>
            </w:r>
            <w:r>
              <w:rPr>
                <w:b/>
                <w:color w:val="324A52"/>
                <w:sz w:val="18"/>
              </w:rPr>
              <w:br/>
            </w:r>
            <w:r>
              <w:rPr>
                <w:b/>
                <w:color w:val="324A52"/>
                <w:sz w:val="18"/>
              </w:rPr>
              <w:br/>
            </w:r>
            <w:r>
              <w:rPr>
                <w:b/>
                <w:color w:val="324A52"/>
                <w:sz w:val="18"/>
              </w:rPr>
              <w:br/>
            </w:r>
            <w:r>
              <w:rPr>
                <w:b/>
                <w:color w:val="324A52"/>
                <w:sz w:val="18"/>
              </w:rPr>
              <w:br/>
              <w:t>Firma:</w:t>
            </w:r>
          </w:p>
        </w:tc>
        <w:tc>
          <w:tcPr>
            <w:tcW w:w="5216" w:type="dxa"/>
            <w:tcBorders>
              <w:top w:val="single" w:sz="8" w:space="0" w:color="007F9E"/>
              <w:left w:val="single" w:sz="8" w:space="0" w:color="007F9E"/>
              <w:bottom w:val="single" w:sz="8" w:space="0" w:color="007F9E"/>
              <w:right w:val="single" w:sz="8" w:space="0" w:color="007F9E"/>
            </w:tcBorders>
            <w:shd w:val="clear" w:color="auto" w:fill="F2F4F5"/>
            <w:tcMar>
              <w:top w:w="70" w:type="dxa"/>
              <w:left w:w="85" w:type="dxa"/>
              <w:bottom w:w="70" w:type="dxa"/>
              <w:right w:w="85" w:type="dxa"/>
            </w:tcMar>
            <w:vAlign w:val="center"/>
          </w:tcPr>
          <w:p w:rsidR="000B6C18" w:rsidRDefault="003A340C">
            <w:pPr>
              <w:spacing w:after="0"/>
              <w:jc w:val="center"/>
            </w:pPr>
            <w:r>
              <w:rPr>
                <w:b/>
                <w:color w:val="324A52"/>
                <w:sz w:val="18"/>
              </w:rPr>
              <w:t>El alojamiento turístico/agencia de viaje adherido al programa</w:t>
            </w:r>
            <w:r>
              <w:rPr>
                <w:b/>
                <w:color w:val="324A52"/>
                <w:sz w:val="18"/>
              </w:rPr>
              <w:br/>
            </w:r>
            <w:r>
              <w:rPr>
                <w:b/>
                <w:color w:val="324A52"/>
                <w:sz w:val="18"/>
              </w:rPr>
              <w:br/>
            </w:r>
            <w:r>
              <w:rPr>
                <w:b/>
                <w:color w:val="324A52"/>
                <w:sz w:val="18"/>
              </w:rPr>
              <w:br/>
            </w:r>
            <w:r>
              <w:rPr>
                <w:b/>
                <w:color w:val="324A52"/>
                <w:sz w:val="18"/>
              </w:rPr>
              <w:br/>
              <w:t>Firma:</w:t>
            </w:r>
          </w:p>
        </w:tc>
      </w:tr>
    </w:tbl>
    <w:p w:rsidR="003A340C" w:rsidRDefault="003A340C"/>
    <w:sectPr w:rsidR="003A340C" w:rsidSect="00034616">
      <w:headerReference w:type="default" r:id="rId8"/>
      <w:footerReference w:type="default" r:id="rId9"/>
      <w:pgSz w:w="11906" w:h="16838"/>
      <w:pgMar w:top="510" w:right="737" w:bottom="510"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40C" w:rsidRDefault="003A340C">
      <w:pPr>
        <w:spacing w:after="0" w:line="240" w:lineRule="auto"/>
      </w:pPr>
      <w:r>
        <w:separator/>
      </w:r>
    </w:p>
  </w:endnote>
  <w:endnote w:type="continuationSeparator" w:id="0">
    <w:p w:rsidR="003A340C" w:rsidRDefault="003A3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C18" w:rsidRDefault="0040448E" w:rsidP="0040448E">
    <w:pPr>
      <w:pStyle w:val="Piedepgina"/>
    </w:pPr>
    <w:r>
      <w:rPr>
        <w:noProof/>
        <w:lang w:val="es-ES" w:eastAsia="es-ES"/>
      </w:rPr>
      <w:drawing>
        <wp:anchor distT="0" distB="0" distL="114300" distR="114300" simplePos="0" relativeHeight="251657728" behindDoc="1" locked="0" layoutInCell="1" allowOverlap="1">
          <wp:simplePos x="0" y="0"/>
          <wp:positionH relativeFrom="column">
            <wp:posOffset>4071454</wp:posOffset>
          </wp:positionH>
          <wp:positionV relativeFrom="paragraph">
            <wp:posOffset>-549276</wp:posOffset>
          </wp:positionV>
          <wp:extent cx="2875352" cy="1011555"/>
          <wp:effectExtent l="0" t="0" r="1270" b="0"/>
          <wp:wrapNone/>
          <wp:docPr id="6" name="Imagen 6" descr="BIENVENIDO AL PROGRAMA BONO TURÍSTICO DE LA REGIÓN DE MU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ENVENIDO AL PROGRAMA BONO TURÍSTICO DE LA REGIÓN DE MUR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252" cy="1011872"/>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3A340C">
      <w:rPr>
        <w:color w:val="6E6E6E"/>
        <w:sz w:val="17"/>
      </w:rPr>
      <w:t>Instituto</w:t>
    </w:r>
    <w:proofErr w:type="spellEnd"/>
    <w:r w:rsidR="003A340C">
      <w:rPr>
        <w:color w:val="6E6E6E"/>
        <w:sz w:val="17"/>
      </w:rPr>
      <w:t xml:space="preserve"> de </w:t>
    </w:r>
    <w:proofErr w:type="spellStart"/>
    <w:r w:rsidR="003A340C">
      <w:rPr>
        <w:color w:val="6E6E6E"/>
        <w:sz w:val="17"/>
      </w:rPr>
      <w:t>Turismo</w:t>
    </w:r>
    <w:proofErr w:type="spellEnd"/>
    <w:r w:rsidR="003A340C">
      <w:rPr>
        <w:color w:val="6E6E6E"/>
        <w:sz w:val="17"/>
      </w:rPr>
      <w:t xml:space="preserve"> de la Región de Murcia · </w:t>
    </w:r>
    <w:proofErr w:type="spellStart"/>
    <w:r w:rsidR="003A340C">
      <w:rPr>
        <w:color w:val="6E6E6E"/>
        <w:sz w:val="17"/>
      </w:rPr>
      <w:t>Formulario</w:t>
    </w:r>
    <w:proofErr w:type="spellEnd"/>
    <w:r w:rsidR="003A340C">
      <w:rPr>
        <w:color w:val="6E6E6E"/>
        <w:sz w:val="17"/>
      </w:rPr>
      <w:t xml:space="preserve"> Bono </w:t>
    </w:r>
    <w:proofErr w:type="spellStart"/>
    <w:r w:rsidR="003A340C">
      <w:rPr>
        <w:color w:val="6E6E6E"/>
        <w:sz w:val="17"/>
      </w:rPr>
      <w:t>Turístico</w:t>
    </w:r>
    <w:proofErr w:type="spellEnd"/>
    <w:r w:rsidR="003A340C">
      <w:rPr>
        <w:color w:val="6E6E6E"/>
        <w:sz w:val="17"/>
      </w:rPr>
      <w:t xml:space="preserve"> </w:t>
    </w:r>
    <w:r w:rsidR="003A340C">
      <w:rPr>
        <w:color w:val="6E6E6E"/>
        <w:sz w:val="17"/>
      </w:rPr>
      <w:t>2026-2027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40C" w:rsidRDefault="003A340C">
      <w:pPr>
        <w:spacing w:after="0" w:line="240" w:lineRule="auto"/>
      </w:pPr>
      <w:r>
        <w:separator/>
      </w:r>
    </w:p>
  </w:footnote>
  <w:footnote w:type="continuationSeparator" w:id="0">
    <w:p w:rsidR="003A340C" w:rsidRDefault="003A3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48E" w:rsidRDefault="0040448E">
    <w:pPr>
      <w:pStyle w:val="Encabezado"/>
    </w:pPr>
    <w:r>
      <w:rPr>
        <w:noProof/>
        <w:lang w:val="es-ES" w:eastAsia="es-ES"/>
      </w:rPr>
      <w:drawing>
        <wp:anchor distT="0" distB="0" distL="114300" distR="114300" simplePos="0" relativeHeight="251658752" behindDoc="1" locked="0" layoutInCell="1" allowOverlap="1" wp14:anchorId="6F42A7BE" wp14:editId="6B2A2785">
          <wp:simplePos x="0" y="0"/>
          <wp:positionH relativeFrom="column">
            <wp:posOffset>-277495</wp:posOffset>
          </wp:positionH>
          <wp:positionV relativeFrom="paragraph">
            <wp:posOffset>-419100</wp:posOffset>
          </wp:positionV>
          <wp:extent cx="2371725" cy="867779"/>
          <wp:effectExtent l="0" t="0" r="0" b="0"/>
          <wp:wrapNone/>
          <wp:docPr id="7" name="Imagen 7" descr="Feria - Feria de Turismo Rueda | Región de Mu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ria - Feria de Turismo Rueda | Región de Mur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86777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6704" behindDoc="0" locked="0" layoutInCell="1" allowOverlap="1">
          <wp:simplePos x="0" y="0"/>
          <wp:positionH relativeFrom="column">
            <wp:posOffset>3827145</wp:posOffset>
          </wp:positionH>
          <wp:positionV relativeFrom="paragraph">
            <wp:posOffset>-309880</wp:posOffset>
          </wp:positionV>
          <wp:extent cx="3133725" cy="405223"/>
          <wp:effectExtent l="0" t="0" r="0" b="0"/>
          <wp:wrapNone/>
          <wp:docPr id="5" name="Imagen 5" descr="Institucional del Itrem - Web Ofi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cional del Itrem - Web Ofici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33725" cy="40522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B6C18"/>
    <w:rsid w:val="0015074B"/>
    <w:rsid w:val="0029639D"/>
    <w:rsid w:val="00326F90"/>
    <w:rsid w:val="003A340C"/>
    <w:rsid w:val="0040448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59F5D6D8-45D9-439A-8ED8-A9E0980DD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3CB7B-4876-451C-9750-A92904BB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841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Bono Turístico Región de Murcia 2026-2027 - editable</dc:title>
  <dc:subject/>
  <dc:creator>python-docx</dc:creator>
  <cp:keywords/>
  <dc:description>generated by python-docx</dc:description>
  <cp:lastModifiedBy>LOPEZ CORBALAN, PABLO</cp:lastModifiedBy>
  <cp:revision>2</cp:revision>
  <dcterms:created xsi:type="dcterms:W3CDTF">2013-12-23T23:15:00Z</dcterms:created>
  <dcterms:modified xsi:type="dcterms:W3CDTF">2026-10-02T17:38:00Z</dcterms:modified>
  <cp:category/>
</cp:coreProperties>
</file>